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המתארים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 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המילה שלא שייכת לקבוצה לפי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שקופה מתארת שאפשר לראות דרך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מבטאים שווא נע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בעל חיים יש תכונות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(בגודל 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(עם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(אפשר לראות דרכה)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(שוקלת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(שוקלת מעט)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'מי לא שייך'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 בתמונה ובמילה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הקשיבו לקריאת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 את ארבעת שמות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חשבו איזו מילה לא מתאימה לשאר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לחצו על 'גלו תשובה' ובדקו אם צדקתם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4 שמות תואר, מילה אחת שונה באופן ברור, והסבר הגיוני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של שם תואר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כבד או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שמשווים משמעות של כל המילים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הכרטיסים האמיתיים על מסך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המנוקדות לפני הפתרון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משחק הכרטיסים 'מי לא שייך' – נקרא שמות תואר, נחשוב על המשמעות שלהם ונמצא בכל קבוצה את המילה שלא מתאימה.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פָּרָה: גְּדוֹלָה, מְנֻקֶּדֶת, שְׁקוּפָה, כְּבֵדָה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פִּיל: גָּדוֹל, כָּבֵד, אָפֹר, קָטָן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צָב: אִטִּי, כָּבֵד, מָהִיר, חָזָק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בַּרְוָז: קָטָן, צָהֹב, גָּדוֹל, חַלָּשׁ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גִּ'ירָפָה: גְּבוֹהָה, אֲרֻכָּה, קְצָרָה, צְהֻבָּה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'שְׁקוּפָה' מתארת צבע.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בשווא נע יש תנועה קטנה שנשמעת בתחילת הברה.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בעלי החיים בכרטיסים מתוארים באותן תכונות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הפרה היא __________ וכבדה.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שאפשר לראות דרכה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שמתארת משהו עם נקודות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'קל'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בגודל 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עם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לראות 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שוקלת מעט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שוקלת הרבה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'מי לא שייך'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לקריאת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איזו מילה לא מתאימה לשאר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'גלו תשובה' ובדקו אם צדקתם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 בתמונה ובמילה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ארבעת שמות התואר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בעל חיים, כתבו עליו ארבעה שמות תואר כך שאחד מהם לא שייך לשאר,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משקל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בוחרים איזו מילה לא שייכת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