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המתארים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 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המילה שלא שייכת לקבוצה לפי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שקופה מתארת שאפשר לראות דרך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מבטאים שווא נע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בעל חיים יש תכונות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(בגודל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(עם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(אפשר לראות דרכה)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(שוקלת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(שוקלת מעט)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'מי לא שייך'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ובמילה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הקשיבו לקריאת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 את 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חשבו איזו מילה לא מתאימה לשאר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על 'גלו תשובה' ובדקו אם צדקתם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4 שמות תואר, מילה אחת שונה באופן ברור, והסבר 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של שם תואר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כבד או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שמשווים משמעות של כל המילים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האמיתיים על מסך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המנוקדות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שמתארות בעלי חיים. נקרא כל מילה ונמצא איזו מילה שונה מהשאר.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 תֹּאַר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דבר נראה, מרגיש או 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 נָע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קטנה שאומרים מהר בתחילת הברה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גְּדוֹלָה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בגודל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מְנֻקֶּדֶת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נקודות על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שְׁקוּפָה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לראות דרכה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כְּבֵדָה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שוקלת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שלא מתאימה לשאר המילים 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פיל הוא בעל חיים גדול – איזו מילה לא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צב הולך לאט – איזו מילה לא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ברווז הוא בעל חיים קטן – איזו מילה לא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ג'ירפה היא בעלת חיים גבוהה – איזו מילה לא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'שְׁקוּפָה' מתארת צבע.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בשווא נע יש תנועה קטנה שנשמעת בתחילת הברה.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בכרטיסים מתוארים באותן תכונות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הפרה היא __________ וכבדה.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שאפשר לראות דרכה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שמתארת משהו עם נקודות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'קל'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שוקלת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בגודל 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שוקלת מעט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עם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 לראות 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'מי לא שייך'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איזו מילה לא מתאימה לשאר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'גלו תשובה' ובדקו אם צדקתם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 בתמונה ובמילה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ארבעת שמות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לקריאת 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חיים, כתבו עליו ארבעה שמות תואר כך שאחד מהם לא שייך לשאר,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משקל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בוחרים איזו מילה לא שייכת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