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שמות תואר המתארים בעלי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מילים עם שווא נע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למצוא את המילה שלא שייכת לקבוצה לפי משמעותה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שייך? – בחרו את המילה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מהיר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שם תואר מוסיף מידע על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שקופה מתארת שאפשר לראות דרך הדבר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שקופה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(בגודל רב)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(עם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(אפשר לראות דרכה)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 'מי לא שייך'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הביטו בתמונה ובמילה שעל 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הקשיבו לקריאת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קראו את ארבעת שמות התואר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חשבו איזו מילה לא מתאימה לשאר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פשוטה של שם תואר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כבד או 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שמשווים משמעות של כל המילים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הכרטיסים האמיתיים על מסך הכיתה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בקול את המילים המנוקדות לפני הפתרון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החינוך המיוחד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משחק הכרטיסים 'מי לא שייך' – נקרא שמות תואר, נחשוב על המשמעות שלהם ונמצא בכל קבוצה את המילה שלא מתאימה.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גדולה  ·  שקופה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 לא שייך? – בחרו את המילה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פָּרָה: גְּדוֹלָה, מְנֻקֶּדֶת, שְׁקוּפָה, כְּבֵדָה – איזו מילה לא שייכת?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מנוקדת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צָב: אִטִּי, כָּבֵד, מָהִיר, חָזָק – איזו מילה לא שייכת?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תואר הוא מילה שמתארת שם עצם.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'שְׁקוּפָה' מתארת צבע.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הפרה היא __________ וכבדה.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מילה שאפשר לראות דרכה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למשמעות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גדולה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עם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מנוקדת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אפשר לראות דרכה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שקופה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בגודל רב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המשחק 'מי לא שייך'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הקשיבו לקריאת 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חשבו איזו מילה לא מתאימה לשאר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הביטו בתמונה ובמילה שעל הכרטיס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קראו את ארבעת שמות התואר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שם תואר?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שמתארת משקל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לא שייך – שמות תואר וקריאה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